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8685D" w14:textId="5DD89D11" w:rsidR="006D3EE3" w:rsidRDefault="003311AE" w:rsidP="00AC7EDC">
      <w:pPr>
        <w:pStyle w:val="Heading1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Promotion</w:t>
      </w:r>
      <w:r w:rsidR="006D3EE3" w:rsidRPr="006D3EE3">
        <w:rPr>
          <w:rFonts w:ascii="Arial" w:hAnsi="Arial" w:cs="Arial"/>
          <w:color w:val="002060"/>
        </w:rPr>
        <w:t xml:space="preserve"> Process </w:t>
      </w:r>
      <w:r w:rsidR="002652A9" w:rsidRPr="006D3EE3">
        <w:rPr>
          <w:rFonts w:ascii="Arial" w:hAnsi="Arial" w:cs="Arial"/>
          <w:color w:val="002060"/>
        </w:rPr>
        <w:t>– Line Manager &amp; Department Head Approval</w:t>
      </w:r>
    </w:p>
    <w:p w14:paraId="61EAD8B8" w14:textId="20214EBB" w:rsidR="000F0FDE" w:rsidRPr="006D3EE3" w:rsidRDefault="002652A9" w:rsidP="006D3EE3">
      <w:pPr>
        <w:pStyle w:val="Heading1"/>
        <w:rPr>
          <w:rFonts w:ascii="Arial" w:hAnsi="Arial" w:cs="Arial"/>
          <w:color w:val="002060"/>
        </w:rPr>
      </w:pPr>
      <w:r w:rsidRPr="006D3EE3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This form must be completed as part of an application for the 2026 </w:t>
      </w:r>
      <w:r w:rsidR="003311AE">
        <w:rPr>
          <w:rFonts w:ascii="Arial" w:hAnsi="Arial" w:cs="Arial"/>
          <w:b w:val="0"/>
          <w:bCs w:val="0"/>
          <w:color w:val="auto"/>
          <w:sz w:val="22"/>
          <w:szCs w:val="22"/>
        </w:rPr>
        <w:t>Crew and Watch Manager promotion process</w:t>
      </w:r>
      <w:r w:rsidRPr="006D3EE3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. Approval is required from both the candidate’s Line Manager and Department Head to confirm the candidate </w:t>
      </w:r>
      <w:r w:rsidR="003311AE" w:rsidRPr="006D3EE3">
        <w:rPr>
          <w:rFonts w:ascii="Arial" w:hAnsi="Arial" w:cs="Arial"/>
          <w:b w:val="0"/>
          <w:bCs w:val="0"/>
          <w:color w:val="auto"/>
          <w:sz w:val="22"/>
          <w:szCs w:val="22"/>
        </w:rPr>
        <w:t>can</w:t>
      </w:r>
      <w:r w:rsidRPr="006D3EE3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apply. Applications </w:t>
      </w:r>
      <w:r w:rsidR="003311AE">
        <w:rPr>
          <w:rFonts w:ascii="Arial" w:hAnsi="Arial" w:cs="Arial"/>
          <w:b w:val="0"/>
          <w:bCs w:val="0"/>
          <w:color w:val="auto"/>
          <w:sz w:val="22"/>
          <w:szCs w:val="22"/>
        </w:rPr>
        <w:t>will</w:t>
      </w:r>
      <w:r w:rsidRPr="006D3EE3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not be considered without this approval.</w:t>
      </w:r>
      <w:r w:rsidR="006D3EE3" w:rsidRPr="006D3EE3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Forms must be returned to </w:t>
      </w:r>
      <w:hyperlink r:id="rId6" w:history="1">
        <w:r w:rsidR="006D3EE3" w:rsidRPr="006D3EE3">
          <w:rPr>
            <w:rStyle w:val="Hyperlink"/>
            <w:rFonts w:ascii="Arial" w:hAnsi="Arial" w:cs="Arial"/>
            <w:b w:val="0"/>
            <w:bCs w:val="0"/>
            <w:color w:val="auto"/>
            <w:sz w:val="22"/>
            <w:szCs w:val="22"/>
          </w:rPr>
          <w:t>recruitmentfire@lincolnshire.gov.uk</w:t>
        </w:r>
      </w:hyperlink>
      <w:r w:rsidR="006D3EE3" w:rsidRPr="006D3EE3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</w:t>
      </w:r>
      <w:r w:rsidR="003311AE">
        <w:rPr>
          <w:rFonts w:ascii="Arial" w:hAnsi="Arial" w:cs="Arial"/>
          <w:b w:val="0"/>
          <w:bCs w:val="0"/>
          <w:color w:val="auto"/>
          <w:sz w:val="22"/>
          <w:szCs w:val="22"/>
        </w:rPr>
        <w:t>by 31</w:t>
      </w:r>
      <w:r w:rsidR="003311AE" w:rsidRPr="003311AE">
        <w:rPr>
          <w:rFonts w:ascii="Arial" w:hAnsi="Arial" w:cs="Arial"/>
          <w:b w:val="0"/>
          <w:bCs w:val="0"/>
          <w:color w:val="auto"/>
          <w:sz w:val="22"/>
          <w:szCs w:val="22"/>
          <w:vertAlign w:val="superscript"/>
        </w:rPr>
        <w:t>st</w:t>
      </w:r>
      <w:r w:rsidR="003311AE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August 2026.</w:t>
      </w:r>
    </w:p>
    <w:p w14:paraId="0988F612" w14:textId="77777777" w:rsidR="000F0FDE" w:rsidRPr="006D3EE3" w:rsidRDefault="002652A9">
      <w:pPr>
        <w:pStyle w:val="Heading2"/>
        <w:rPr>
          <w:rFonts w:ascii="Arial" w:hAnsi="Arial" w:cs="Arial"/>
          <w:color w:val="002060"/>
          <w:sz w:val="22"/>
          <w:szCs w:val="22"/>
        </w:rPr>
      </w:pPr>
      <w:r w:rsidRPr="006D3EE3">
        <w:rPr>
          <w:rFonts w:ascii="Arial" w:hAnsi="Arial" w:cs="Arial"/>
          <w:color w:val="002060"/>
          <w:sz w:val="22"/>
          <w:szCs w:val="22"/>
        </w:rPr>
        <w:t>1. Candidate Details</w:t>
      </w:r>
    </w:p>
    <w:p w14:paraId="6654C13E" w14:textId="77777777" w:rsidR="000F0FDE" w:rsidRPr="006D3EE3" w:rsidRDefault="002652A9">
      <w:pPr>
        <w:rPr>
          <w:rFonts w:ascii="Arial" w:hAnsi="Arial" w:cs="Arial"/>
        </w:rPr>
      </w:pPr>
      <w:r w:rsidRPr="006D3EE3">
        <w:rPr>
          <w:rFonts w:ascii="Arial" w:hAnsi="Arial" w:cs="Arial"/>
        </w:rPr>
        <w:t>Candidate Full Name (Required):</w:t>
      </w:r>
    </w:p>
    <w:p w14:paraId="5C8643E9" w14:textId="77777777" w:rsidR="000F0FDE" w:rsidRPr="006D3EE3" w:rsidRDefault="002652A9">
      <w:pPr>
        <w:rPr>
          <w:rFonts w:ascii="Arial" w:hAnsi="Arial" w:cs="Arial"/>
        </w:rPr>
      </w:pPr>
      <w:r w:rsidRPr="006D3EE3">
        <w:rPr>
          <w:rFonts w:ascii="Arial" w:hAnsi="Arial" w:cs="Arial"/>
        </w:rPr>
        <w:t>______________________________________________________________</w:t>
      </w:r>
    </w:p>
    <w:p w14:paraId="25E81A10" w14:textId="77777777" w:rsidR="000F0FDE" w:rsidRPr="006D3EE3" w:rsidRDefault="002652A9">
      <w:pPr>
        <w:rPr>
          <w:rFonts w:ascii="Arial" w:hAnsi="Arial" w:cs="Arial"/>
        </w:rPr>
      </w:pPr>
      <w:r w:rsidRPr="006D3EE3">
        <w:rPr>
          <w:rFonts w:ascii="Arial" w:hAnsi="Arial" w:cs="Arial"/>
        </w:rPr>
        <w:t>Current Station (Required):</w:t>
      </w:r>
    </w:p>
    <w:p w14:paraId="543C982D" w14:textId="77777777" w:rsidR="000F0FDE" w:rsidRPr="006D3EE3" w:rsidRDefault="002652A9">
      <w:pPr>
        <w:rPr>
          <w:rFonts w:ascii="Arial" w:hAnsi="Arial" w:cs="Arial"/>
          <w:color w:val="002060"/>
        </w:rPr>
      </w:pPr>
      <w:r w:rsidRPr="006D3EE3">
        <w:rPr>
          <w:rFonts w:ascii="Arial" w:hAnsi="Arial" w:cs="Arial"/>
        </w:rPr>
        <w:t>______________________________________________________________</w:t>
      </w:r>
    </w:p>
    <w:p w14:paraId="33A6D150" w14:textId="77777777" w:rsidR="000F0FDE" w:rsidRPr="006D3EE3" w:rsidRDefault="002652A9">
      <w:pPr>
        <w:pStyle w:val="Heading2"/>
        <w:rPr>
          <w:rFonts w:ascii="Arial" w:hAnsi="Arial" w:cs="Arial"/>
          <w:color w:val="002060"/>
        </w:rPr>
      </w:pPr>
      <w:r w:rsidRPr="006D3EE3">
        <w:rPr>
          <w:rFonts w:ascii="Arial" w:hAnsi="Arial" w:cs="Arial"/>
          <w:color w:val="002060"/>
        </w:rPr>
        <w:t>2. Role Applying For</w:t>
      </w:r>
    </w:p>
    <w:p w14:paraId="21B8B12C" w14:textId="5477E9CE" w:rsidR="000F0FDE" w:rsidRPr="006D3EE3" w:rsidRDefault="002652A9">
      <w:pPr>
        <w:rPr>
          <w:rFonts w:ascii="Arial" w:hAnsi="Arial" w:cs="Arial"/>
        </w:rPr>
      </w:pPr>
      <w:r w:rsidRPr="006D3EE3">
        <w:rPr>
          <w:rFonts w:ascii="Arial" w:hAnsi="Arial" w:cs="Arial"/>
        </w:rPr>
        <w:t xml:space="preserve">Please </w:t>
      </w:r>
      <w:r w:rsidR="006D3EE3">
        <w:rPr>
          <w:rFonts w:ascii="Arial" w:hAnsi="Arial" w:cs="Arial"/>
        </w:rPr>
        <w:t>cross ‘x’</w:t>
      </w:r>
      <w:r w:rsidRPr="006D3EE3">
        <w:rPr>
          <w:rFonts w:ascii="Arial" w:hAnsi="Arial" w:cs="Arial"/>
        </w:rPr>
        <w:t xml:space="preserve"> one option (Required):</w:t>
      </w:r>
    </w:p>
    <w:p w14:paraId="4571A6EC" w14:textId="70BC9BFE" w:rsidR="000F0FDE" w:rsidRPr="006D3EE3" w:rsidRDefault="002652A9">
      <w:pPr>
        <w:rPr>
          <w:rFonts w:ascii="Arial" w:hAnsi="Arial" w:cs="Arial"/>
        </w:rPr>
      </w:pPr>
      <w:r w:rsidRPr="006D3EE3">
        <w:rPr>
          <w:rFonts w:ascii="Segoe UI Symbol" w:hAnsi="Segoe UI Symbol" w:cs="Segoe UI Symbol"/>
        </w:rPr>
        <w:t>☐</w:t>
      </w:r>
      <w:r w:rsidRPr="006D3EE3">
        <w:rPr>
          <w:rFonts w:ascii="Arial" w:hAnsi="Arial" w:cs="Arial"/>
        </w:rPr>
        <w:t xml:space="preserve"> </w:t>
      </w:r>
      <w:r w:rsidRPr="006D3EE3">
        <w:rPr>
          <w:rFonts w:ascii="Arial" w:hAnsi="Arial" w:cs="Arial"/>
        </w:rPr>
        <w:t>Crew Manager</w:t>
      </w:r>
    </w:p>
    <w:p w14:paraId="341D7F95" w14:textId="50D75AA0" w:rsidR="000F0FDE" w:rsidRDefault="002652A9">
      <w:pPr>
        <w:rPr>
          <w:rFonts w:ascii="Arial" w:hAnsi="Arial" w:cs="Arial"/>
        </w:rPr>
      </w:pPr>
      <w:r w:rsidRPr="006D3EE3">
        <w:rPr>
          <w:rFonts w:ascii="Segoe UI Symbol" w:hAnsi="Segoe UI Symbol" w:cs="Segoe UI Symbol"/>
        </w:rPr>
        <w:t>☐</w:t>
      </w:r>
      <w:r w:rsidRPr="006D3EE3">
        <w:rPr>
          <w:rFonts w:ascii="Arial" w:hAnsi="Arial" w:cs="Arial"/>
        </w:rPr>
        <w:t xml:space="preserve"> </w:t>
      </w:r>
      <w:r w:rsidRPr="006D3EE3">
        <w:rPr>
          <w:rFonts w:ascii="Arial" w:hAnsi="Arial" w:cs="Arial"/>
        </w:rPr>
        <w:t>Watch Manager</w:t>
      </w:r>
    </w:p>
    <w:p w14:paraId="6E204DCA" w14:textId="726A9ED8" w:rsidR="003311AE" w:rsidRDefault="003311AE">
      <w:pPr>
        <w:rPr>
          <w:rFonts w:ascii="Arial" w:hAnsi="Arial" w:cs="Arial"/>
        </w:rPr>
      </w:pPr>
      <w:r w:rsidRPr="006D3EE3">
        <w:rPr>
          <w:rFonts w:ascii="Segoe UI Symbol" w:hAnsi="Segoe UI Symbol" w:cs="Segoe UI Symbol"/>
        </w:rPr>
        <w:t>☐</w:t>
      </w:r>
      <w:r w:rsidRPr="006D3E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Control </w:t>
      </w:r>
      <w:r w:rsidRPr="006D3EE3">
        <w:rPr>
          <w:rFonts w:ascii="Arial" w:hAnsi="Arial" w:cs="Arial"/>
        </w:rPr>
        <w:t>Crew Manager</w:t>
      </w:r>
    </w:p>
    <w:p w14:paraId="775A2B08" w14:textId="0B86BA84" w:rsidR="003311AE" w:rsidRPr="006D3EE3" w:rsidRDefault="003311AE">
      <w:pPr>
        <w:rPr>
          <w:rFonts w:ascii="Arial" w:hAnsi="Arial" w:cs="Arial"/>
        </w:rPr>
      </w:pPr>
      <w:r w:rsidRPr="006D3EE3">
        <w:rPr>
          <w:rFonts w:ascii="Segoe UI Symbol" w:hAnsi="Segoe UI Symbol" w:cs="Segoe UI Symbol"/>
        </w:rPr>
        <w:t>☐</w:t>
      </w:r>
      <w:r w:rsidRPr="006D3E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Control </w:t>
      </w:r>
      <w:r w:rsidRPr="006D3EE3">
        <w:rPr>
          <w:rFonts w:ascii="Arial" w:hAnsi="Arial" w:cs="Arial"/>
        </w:rPr>
        <w:t>Watch Manager</w:t>
      </w:r>
    </w:p>
    <w:p w14:paraId="5F6B9F40" w14:textId="596912FF" w:rsidR="000F0FDE" w:rsidRPr="006D3EE3" w:rsidRDefault="002652A9">
      <w:pPr>
        <w:pStyle w:val="Heading2"/>
        <w:rPr>
          <w:rFonts w:ascii="Arial" w:hAnsi="Arial" w:cs="Arial"/>
          <w:color w:val="002060"/>
        </w:rPr>
      </w:pPr>
      <w:r w:rsidRPr="006D3EE3">
        <w:rPr>
          <w:rFonts w:ascii="Arial" w:hAnsi="Arial" w:cs="Arial"/>
          <w:color w:val="002060"/>
        </w:rPr>
        <w:t>3. Line Manager Approval</w:t>
      </w:r>
    </w:p>
    <w:p w14:paraId="47BDA994" w14:textId="2F0A96F5" w:rsidR="000F0FDE" w:rsidRPr="006D3EE3" w:rsidRDefault="002652A9">
      <w:pPr>
        <w:rPr>
          <w:rFonts w:ascii="Arial" w:hAnsi="Arial" w:cs="Arial"/>
        </w:rPr>
      </w:pPr>
      <w:r w:rsidRPr="006D3EE3">
        <w:rPr>
          <w:rFonts w:ascii="Arial" w:hAnsi="Arial" w:cs="Arial"/>
        </w:rPr>
        <w:t>I confirm that the above-named candidate has my approval to apply for the above role.</w:t>
      </w:r>
    </w:p>
    <w:p w14:paraId="521F773E" w14:textId="3587F8AF" w:rsidR="000F0FDE" w:rsidRPr="006D3EE3" w:rsidRDefault="002652A9">
      <w:pPr>
        <w:rPr>
          <w:rFonts w:ascii="Arial" w:hAnsi="Arial" w:cs="Arial"/>
        </w:rPr>
      </w:pPr>
      <w:r w:rsidRPr="006D3EE3">
        <w:rPr>
          <w:rFonts w:ascii="Arial" w:hAnsi="Arial" w:cs="Arial"/>
        </w:rPr>
        <w:t>Name</w:t>
      </w:r>
      <w:r w:rsidR="006D3EE3">
        <w:rPr>
          <w:rFonts w:ascii="Arial" w:hAnsi="Arial" w:cs="Arial"/>
        </w:rPr>
        <w:t xml:space="preserve"> and job title</w:t>
      </w:r>
      <w:r w:rsidRPr="006D3EE3">
        <w:rPr>
          <w:rFonts w:ascii="Arial" w:hAnsi="Arial" w:cs="Arial"/>
        </w:rPr>
        <w:t>: ____________________________________________</w:t>
      </w:r>
    </w:p>
    <w:p w14:paraId="3D62FE0C" w14:textId="77777777" w:rsidR="000F0FDE" w:rsidRPr="006D3EE3" w:rsidRDefault="002652A9">
      <w:pPr>
        <w:rPr>
          <w:rFonts w:ascii="Arial" w:hAnsi="Arial" w:cs="Arial"/>
        </w:rPr>
      </w:pPr>
      <w:r w:rsidRPr="006D3EE3">
        <w:rPr>
          <w:rFonts w:ascii="Arial" w:hAnsi="Arial" w:cs="Arial"/>
        </w:rPr>
        <w:t>Signature: _______________________________________</w:t>
      </w:r>
    </w:p>
    <w:p w14:paraId="19B8EF6C" w14:textId="77777777" w:rsidR="000F0FDE" w:rsidRPr="006D3EE3" w:rsidRDefault="002652A9">
      <w:pPr>
        <w:rPr>
          <w:rFonts w:ascii="Arial" w:hAnsi="Arial" w:cs="Arial"/>
          <w:color w:val="002060"/>
        </w:rPr>
      </w:pPr>
      <w:r w:rsidRPr="006D3EE3">
        <w:rPr>
          <w:rFonts w:ascii="Arial" w:hAnsi="Arial" w:cs="Arial"/>
        </w:rPr>
        <w:t>Date: ____________________________________________</w:t>
      </w:r>
    </w:p>
    <w:p w14:paraId="66C5CCA3" w14:textId="77777777" w:rsidR="000F0FDE" w:rsidRPr="006D3EE3" w:rsidRDefault="002652A9">
      <w:pPr>
        <w:pStyle w:val="Heading2"/>
        <w:rPr>
          <w:rFonts w:ascii="Arial" w:hAnsi="Arial" w:cs="Arial"/>
          <w:color w:val="002060"/>
        </w:rPr>
      </w:pPr>
      <w:r w:rsidRPr="006D3EE3">
        <w:rPr>
          <w:rFonts w:ascii="Arial" w:hAnsi="Arial" w:cs="Arial"/>
          <w:color w:val="002060"/>
        </w:rPr>
        <w:t>5. Department Head Approval</w:t>
      </w:r>
    </w:p>
    <w:p w14:paraId="6F2C2950" w14:textId="444DF212" w:rsidR="000F0FDE" w:rsidRPr="006D3EE3" w:rsidRDefault="002652A9">
      <w:pPr>
        <w:rPr>
          <w:rFonts w:ascii="Arial" w:hAnsi="Arial" w:cs="Arial"/>
        </w:rPr>
      </w:pPr>
      <w:r w:rsidRPr="006D3EE3">
        <w:rPr>
          <w:rFonts w:ascii="Arial" w:hAnsi="Arial" w:cs="Arial"/>
        </w:rPr>
        <w:t>I confirm that the above-named candidate has my approval to apply for the above role.</w:t>
      </w:r>
    </w:p>
    <w:p w14:paraId="0C39D634" w14:textId="7AB6B426" w:rsidR="000F0FDE" w:rsidRPr="006D3EE3" w:rsidRDefault="002652A9">
      <w:pPr>
        <w:rPr>
          <w:rFonts w:ascii="Arial" w:hAnsi="Arial" w:cs="Arial"/>
        </w:rPr>
      </w:pPr>
      <w:r w:rsidRPr="006D3EE3">
        <w:rPr>
          <w:rFonts w:ascii="Arial" w:hAnsi="Arial" w:cs="Arial"/>
        </w:rPr>
        <w:t>Name</w:t>
      </w:r>
      <w:r w:rsidR="006D3EE3">
        <w:rPr>
          <w:rFonts w:ascii="Arial" w:hAnsi="Arial" w:cs="Arial"/>
        </w:rPr>
        <w:t xml:space="preserve"> and job title</w:t>
      </w:r>
      <w:r w:rsidRPr="006D3EE3">
        <w:rPr>
          <w:rFonts w:ascii="Arial" w:hAnsi="Arial" w:cs="Arial"/>
        </w:rPr>
        <w:t>: ____________________________________________</w:t>
      </w:r>
    </w:p>
    <w:p w14:paraId="75CC8F9B" w14:textId="77777777" w:rsidR="000F0FDE" w:rsidRPr="006D3EE3" w:rsidRDefault="002652A9">
      <w:pPr>
        <w:rPr>
          <w:rFonts w:ascii="Arial" w:hAnsi="Arial" w:cs="Arial"/>
        </w:rPr>
      </w:pPr>
      <w:r w:rsidRPr="006D3EE3">
        <w:rPr>
          <w:rFonts w:ascii="Arial" w:hAnsi="Arial" w:cs="Arial"/>
        </w:rPr>
        <w:t>Signature: _______________________________________</w:t>
      </w:r>
    </w:p>
    <w:p w14:paraId="43AE2A10" w14:textId="77777777" w:rsidR="000F0FDE" w:rsidRPr="006D3EE3" w:rsidRDefault="002652A9">
      <w:pPr>
        <w:rPr>
          <w:rFonts w:ascii="Arial" w:hAnsi="Arial" w:cs="Arial"/>
          <w:color w:val="002060"/>
        </w:rPr>
      </w:pPr>
      <w:r w:rsidRPr="006D3EE3">
        <w:rPr>
          <w:rFonts w:ascii="Arial" w:hAnsi="Arial" w:cs="Arial"/>
        </w:rPr>
        <w:lastRenderedPageBreak/>
        <w:t>Date: ____________________________________________</w:t>
      </w:r>
    </w:p>
    <w:p w14:paraId="0B90924A" w14:textId="50897F89" w:rsidR="000F0FDE" w:rsidRPr="006D3EE3" w:rsidRDefault="002652A9">
      <w:r w:rsidRPr="006D3EE3">
        <w:rPr>
          <w:rFonts w:ascii="Arial" w:hAnsi="Arial" w:cs="Arial"/>
        </w:rPr>
        <w:t xml:space="preserve">This completed and signed document must be </w:t>
      </w:r>
      <w:r w:rsidR="006D3EE3" w:rsidRPr="006D3EE3">
        <w:rPr>
          <w:rFonts w:ascii="Arial" w:hAnsi="Arial" w:cs="Arial"/>
        </w:rPr>
        <w:t xml:space="preserve">received </w:t>
      </w:r>
      <w:r w:rsidRPr="006D3EE3">
        <w:rPr>
          <w:rFonts w:ascii="Arial" w:hAnsi="Arial" w:cs="Arial"/>
        </w:rPr>
        <w:t>as proof of both Line Manager and Department Head approval as part of the application</w:t>
      </w:r>
      <w:r w:rsidR="006D3EE3">
        <w:rPr>
          <w:rFonts w:ascii="Arial" w:hAnsi="Arial" w:cs="Arial"/>
        </w:rPr>
        <w:t>, to be considered</w:t>
      </w:r>
      <w:r w:rsidRPr="006D3EE3">
        <w:t>.</w:t>
      </w:r>
    </w:p>
    <w:sectPr w:rsidR="000F0FDE" w:rsidRPr="006D3EE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9234412">
    <w:abstractNumId w:val="8"/>
  </w:num>
  <w:num w:numId="2" w16cid:durableId="1483502118">
    <w:abstractNumId w:val="6"/>
  </w:num>
  <w:num w:numId="3" w16cid:durableId="929125202">
    <w:abstractNumId w:val="5"/>
  </w:num>
  <w:num w:numId="4" w16cid:durableId="2144423095">
    <w:abstractNumId w:val="4"/>
  </w:num>
  <w:num w:numId="5" w16cid:durableId="114180805">
    <w:abstractNumId w:val="7"/>
  </w:num>
  <w:num w:numId="6" w16cid:durableId="147862529">
    <w:abstractNumId w:val="3"/>
  </w:num>
  <w:num w:numId="7" w16cid:durableId="830173807">
    <w:abstractNumId w:val="2"/>
  </w:num>
  <w:num w:numId="8" w16cid:durableId="1608731734">
    <w:abstractNumId w:val="1"/>
  </w:num>
  <w:num w:numId="9" w16cid:durableId="1891257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0FDE"/>
    <w:rsid w:val="0015074B"/>
    <w:rsid w:val="0029639D"/>
    <w:rsid w:val="00326F90"/>
    <w:rsid w:val="003311AE"/>
    <w:rsid w:val="00362CC8"/>
    <w:rsid w:val="006D3EE3"/>
    <w:rsid w:val="00A570B0"/>
    <w:rsid w:val="00AA1D8D"/>
    <w:rsid w:val="00AC7EDC"/>
    <w:rsid w:val="00B25DA9"/>
    <w:rsid w:val="00B47730"/>
    <w:rsid w:val="00CB0664"/>
    <w:rsid w:val="00FA2C1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531CF5"/>
  <w14:defaultImageDpi w14:val="300"/>
  <w15:docId w15:val="{2A9F56F9-2A23-428A-9CB5-3E88D7EB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D3E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cruitmentfire@lincolnshire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Beth Kidd (LFR)</cp:lastModifiedBy>
  <cp:revision>2</cp:revision>
  <dcterms:created xsi:type="dcterms:W3CDTF">2026-08-10T08:14:00Z</dcterms:created>
  <dcterms:modified xsi:type="dcterms:W3CDTF">2026-08-10T08:14:00Z</dcterms:modified>
  <cp:category/>
</cp:coreProperties>
</file>